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7E0B1" w14:textId="77777777" w:rsidR="0029386B" w:rsidRDefault="0029386B">
      <w:pPr>
        <w:jc w:val="center"/>
        <w:rPr>
          <w:b/>
          <w:sz w:val="40"/>
          <w:lang w:val="kk-KZ"/>
        </w:rPr>
      </w:pPr>
    </w:p>
    <w:p w14:paraId="1D8B17F9" w14:textId="77777777" w:rsidR="0029386B" w:rsidRDefault="0029386B">
      <w:pPr>
        <w:jc w:val="center"/>
        <w:rPr>
          <w:b/>
          <w:sz w:val="40"/>
          <w:lang w:val="kk-KZ"/>
        </w:rPr>
      </w:pPr>
    </w:p>
    <w:p w14:paraId="766AAC8F" w14:textId="77777777" w:rsidR="0029386B" w:rsidRDefault="0029386B">
      <w:pPr>
        <w:jc w:val="center"/>
        <w:rPr>
          <w:b/>
          <w:sz w:val="40"/>
          <w:lang w:val="kk-KZ"/>
        </w:rPr>
      </w:pPr>
    </w:p>
    <w:p w14:paraId="19BF9FC7" w14:textId="7C236F1D" w:rsidR="00D15EFF" w:rsidRPr="0029386B" w:rsidRDefault="00000000">
      <w:pPr>
        <w:jc w:val="center"/>
        <w:rPr>
          <w:lang w:val="kk-KZ"/>
        </w:rPr>
      </w:pPr>
      <w:r w:rsidRPr="0029386B">
        <w:rPr>
          <w:b/>
          <w:sz w:val="40"/>
          <w:lang w:val="kk-KZ"/>
        </w:rPr>
        <w:t>«Дені саудың – тәні сау»</w:t>
      </w:r>
      <w:r w:rsidRPr="0029386B">
        <w:rPr>
          <w:b/>
          <w:sz w:val="40"/>
          <w:lang w:val="kk-KZ"/>
        </w:rPr>
        <w:br/>
        <w:t>«Денсаулық – мол байлық!»</w:t>
      </w:r>
    </w:p>
    <w:p w14:paraId="67615A13" w14:textId="77777777" w:rsidR="00D15EFF" w:rsidRPr="0029386B" w:rsidRDefault="00000000">
      <w:pPr>
        <w:rPr>
          <w:lang w:val="kk-KZ"/>
        </w:rPr>
      </w:pPr>
      <w:r w:rsidRPr="0029386B">
        <w:rPr>
          <w:lang w:val="kk-KZ"/>
        </w:rPr>
        <w:br/>
      </w:r>
    </w:p>
    <w:p w14:paraId="1CC9815E" w14:textId="77777777" w:rsidR="00D15EFF" w:rsidRPr="0029386B" w:rsidRDefault="00000000">
      <w:pPr>
        <w:jc w:val="center"/>
        <w:rPr>
          <w:lang w:val="kk-KZ"/>
        </w:rPr>
      </w:pPr>
      <w:r w:rsidRPr="0029386B">
        <w:rPr>
          <w:lang w:val="kk-KZ"/>
        </w:rPr>
        <w:t>Денсаулық күніне арналған іс-шара жоспары</w:t>
      </w:r>
    </w:p>
    <w:p w14:paraId="7974AD4A" w14:textId="77777777" w:rsidR="00D15EFF" w:rsidRDefault="00000000">
      <w:pPr>
        <w:rPr>
          <w:lang w:val="kk-KZ"/>
        </w:rPr>
      </w:pPr>
      <w:r w:rsidRPr="0029386B">
        <w:rPr>
          <w:lang w:val="kk-KZ"/>
        </w:rPr>
        <w:br/>
      </w:r>
      <w:r w:rsidRPr="0029386B">
        <w:rPr>
          <w:lang w:val="kk-KZ"/>
        </w:rPr>
        <w:br/>
      </w:r>
    </w:p>
    <w:p w14:paraId="206F39E2" w14:textId="77777777" w:rsidR="0029386B" w:rsidRDefault="0029386B">
      <w:pPr>
        <w:rPr>
          <w:lang w:val="kk-KZ"/>
        </w:rPr>
      </w:pPr>
    </w:p>
    <w:p w14:paraId="046EBA3A" w14:textId="77777777" w:rsidR="0029386B" w:rsidRDefault="0029386B">
      <w:pPr>
        <w:rPr>
          <w:lang w:val="kk-KZ"/>
        </w:rPr>
      </w:pPr>
    </w:p>
    <w:p w14:paraId="21964CCA" w14:textId="77777777" w:rsidR="0029386B" w:rsidRDefault="0029386B">
      <w:pPr>
        <w:rPr>
          <w:lang w:val="kk-KZ"/>
        </w:rPr>
      </w:pPr>
    </w:p>
    <w:p w14:paraId="65557AF8" w14:textId="77777777" w:rsidR="0029386B" w:rsidRDefault="0029386B">
      <w:pPr>
        <w:rPr>
          <w:lang w:val="kk-KZ"/>
        </w:rPr>
      </w:pPr>
    </w:p>
    <w:p w14:paraId="1CF92119" w14:textId="77777777" w:rsidR="0029386B" w:rsidRDefault="0029386B">
      <w:pPr>
        <w:rPr>
          <w:lang w:val="kk-KZ"/>
        </w:rPr>
      </w:pPr>
    </w:p>
    <w:p w14:paraId="2F60F735" w14:textId="77777777" w:rsidR="0029386B" w:rsidRDefault="0029386B">
      <w:pPr>
        <w:rPr>
          <w:lang w:val="kk-KZ"/>
        </w:rPr>
      </w:pPr>
    </w:p>
    <w:p w14:paraId="15B98C62" w14:textId="77777777" w:rsidR="0029386B" w:rsidRDefault="0029386B">
      <w:pPr>
        <w:rPr>
          <w:lang w:val="kk-KZ"/>
        </w:rPr>
      </w:pPr>
    </w:p>
    <w:p w14:paraId="04BCA890" w14:textId="77777777" w:rsidR="0029386B" w:rsidRDefault="0029386B">
      <w:pPr>
        <w:rPr>
          <w:lang w:val="kk-KZ"/>
        </w:rPr>
      </w:pPr>
    </w:p>
    <w:p w14:paraId="62A4A8D5" w14:textId="77777777" w:rsidR="0029386B" w:rsidRPr="0029386B" w:rsidRDefault="0029386B">
      <w:pPr>
        <w:rPr>
          <w:lang w:val="kk-KZ"/>
        </w:rPr>
      </w:pPr>
    </w:p>
    <w:p w14:paraId="0C28EE4A" w14:textId="21EE4968" w:rsidR="00D15EFF" w:rsidRPr="0029386B" w:rsidRDefault="00000000">
      <w:pPr>
        <w:jc w:val="center"/>
        <w:rPr>
          <w:lang w:val="kk-KZ"/>
        </w:rPr>
      </w:pPr>
      <w:r w:rsidRPr="0029386B">
        <w:rPr>
          <w:lang w:val="kk-KZ"/>
        </w:rPr>
        <w:t xml:space="preserve">Мекеме: </w:t>
      </w:r>
      <w:r w:rsidR="00131164">
        <w:rPr>
          <w:lang w:val="kk-KZ"/>
        </w:rPr>
        <w:t>Ақзере балабақшасы</w:t>
      </w:r>
    </w:p>
    <w:p w14:paraId="194A50D8" w14:textId="0FE43988" w:rsidR="00D15EFF" w:rsidRPr="0029386B" w:rsidRDefault="00000000">
      <w:pPr>
        <w:jc w:val="center"/>
        <w:rPr>
          <w:lang w:val="kk-KZ"/>
        </w:rPr>
      </w:pPr>
      <w:r w:rsidRPr="0029386B">
        <w:rPr>
          <w:lang w:val="kk-KZ"/>
        </w:rPr>
        <w:t xml:space="preserve">Қала: </w:t>
      </w:r>
      <w:r w:rsidR="00131164">
        <w:rPr>
          <w:lang w:val="kk-KZ"/>
        </w:rPr>
        <w:t>Алматы</w:t>
      </w:r>
    </w:p>
    <w:p w14:paraId="530C3EA4" w14:textId="77777777" w:rsidR="00D15EFF" w:rsidRPr="0029386B" w:rsidRDefault="00000000">
      <w:pPr>
        <w:jc w:val="center"/>
        <w:rPr>
          <w:lang w:val="kk-KZ"/>
        </w:rPr>
      </w:pPr>
      <w:r w:rsidRPr="0029386B">
        <w:rPr>
          <w:lang w:val="kk-KZ"/>
        </w:rPr>
        <w:t>2026 жыл</w:t>
      </w:r>
    </w:p>
    <w:p w14:paraId="17CC010F" w14:textId="77777777" w:rsidR="00D15EFF" w:rsidRPr="0029386B" w:rsidRDefault="00000000">
      <w:pPr>
        <w:rPr>
          <w:lang w:val="kk-KZ"/>
        </w:rPr>
      </w:pPr>
      <w:r w:rsidRPr="0029386B">
        <w:rPr>
          <w:lang w:val="kk-KZ"/>
        </w:rPr>
        <w:br w:type="page"/>
      </w:r>
    </w:p>
    <w:p w14:paraId="08514A02" w14:textId="77777777" w:rsidR="00D15EFF" w:rsidRPr="0029386B" w:rsidRDefault="00000000">
      <w:pPr>
        <w:rPr>
          <w:lang w:val="kk-KZ"/>
        </w:rPr>
      </w:pPr>
      <w:r w:rsidRPr="0029386B">
        <w:rPr>
          <w:lang w:val="kk-KZ"/>
        </w:rPr>
        <w:lastRenderedPageBreak/>
        <w:t>ЖАЛПЫ МАҚСАТЫ:</w:t>
      </w:r>
    </w:p>
    <w:p w14:paraId="3190F2FD" w14:textId="77777777" w:rsidR="00D15EFF" w:rsidRPr="0029386B" w:rsidRDefault="00000000">
      <w:pPr>
        <w:rPr>
          <w:lang w:val="kk-KZ"/>
        </w:rPr>
      </w:pPr>
      <w:r w:rsidRPr="0029386B">
        <w:rPr>
          <w:lang w:val="kk-KZ"/>
        </w:rPr>
        <w:t>Балалардың денсаулығын нығайту, қимыл-қозғалыс белсенділігін арттыру, салауатты өмір салтын қалыптастыру.</w:t>
      </w:r>
    </w:p>
    <w:p w14:paraId="20C69998" w14:textId="77777777" w:rsidR="00D15EFF" w:rsidRDefault="00000000">
      <w:r w:rsidRPr="0029386B">
        <w:rPr>
          <w:lang w:val="kk-KZ"/>
        </w:rPr>
        <w:br/>
      </w:r>
      <w:r>
        <w:t>МІНДЕТТЕРІ:</w:t>
      </w:r>
    </w:p>
    <w:p w14:paraId="7DFF3335" w14:textId="77777777" w:rsidR="00D15EFF" w:rsidRDefault="00000000">
      <w:pPr>
        <w:pStyle w:val="a0"/>
      </w:pPr>
      <w:r>
        <w:t>Қимылды ойындарға қызығушылықтарын арттыру</w:t>
      </w:r>
    </w:p>
    <w:p w14:paraId="425C7409" w14:textId="77777777" w:rsidR="00D15EFF" w:rsidRDefault="00000000">
      <w:pPr>
        <w:pStyle w:val="a0"/>
      </w:pPr>
      <w:r>
        <w:t>Шапшаңдық, ептілік, төзімділіктерін дамыту</w:t>
      </w:r>
    </w:p>
    <w:p w14:paraId="6FDC59CE" w14:textId="77777777" w:rsidR="00D15EFF" w:rsidRDefault="00000000">
      <w:pPr>
        <w:pStyle w:val="a0"/>
      </w:pPr>
      <w:r>
        <w:t>Топта бірлесе әрекет етуге үйрету</w:t>
      </w:r>
    </w:p>
    <w:p w14:paraId="736E1A2F" w14:textId="77777777" w:rsidR="00D15EFF" w:rsidRDefault="00000000">
      <w:pPr>
        <w:pStyle w:val="a0"/>
      </w:pPr>
      <w:r>
        <w:t>Денсаулықтың маңызын түсіндіру</w:t>
      </w:r>
    </w:p>
    <w:p w14:paraId="61EF8212" w14:textId="77777777" w:rsidR="00D15EFF" w:rsidRDefault="00000000">
      <w:r>
        <w:rPr>
          <w:b/>
          <w:sz w:val="28"/>
        </w:rPr>
        <w:t>КІШІ ТОП (2–3 жас)</w:t>
      </w:r>
    </w:p>
    <w:p w14:paraId="3C5DD643" w14:textId="77777777" w:rsidR="00D15EFF" w:rsidRDefault="00000000">
      <w:pPr>
        <w:pStyle w:val="a0"/>
      </w:pPr>
      <w:r>
        <w:t>Тақырыбы: «Көңілді қимылдар»</w:t>
      </w:r>
    </w:p>
    <w:p w14:paraId="76F1AD7D" w14:textId="77777777" w:rsidR="00D15EFF" w:rsidRDefault="00000000">
      <w:pPr>
        <w:pStyle w:val="a0"/>
      </w:pPr>
      <w:r>
        <w:t>Таңғы жаттығу</w:t>
      </w:r>
    </w:p>
    <w:p w14:paraId="30999CDB" w14:textId="77777777" w:rsidR="00D15EFF" w:rsidRDefault="00000000">
      <w:pPr>
        <w:pStyle w:val="a0"/>
      </w:pPr>
      <w:r>
        <w:t>Қимылды ойындар: «Қояндар секіреді», «Допты әкел»</w:t>
      </w:r>
    </w:p>
    <w:p w14:paraId="10234E8F" w14:textId="77777777" w:rsidR="00D15EFF" w:rsidRDefault="00000000">
      <w:pPr>
        <w:pStyle w:val="a0"/>
      </w:pPr>
      <w:r>
        <w:t>Жеңіл эстафета</w:t>
      </w:r>
    </w:p>
    <w:p w14:paraId="358984FD" w14:textId="77777777" w:rsidR="00D15EFF" w:rsidRDefault="00000000">
      <w:pPr>
        <w:pStyle w:val="a0"/>
      </w:pPr>
      <w:r>
        <w:t>Қорытынды: мадақтау</w:t>
      </w:r>
    </w:p>
    <w:p w14:paraId="77BFAADC" w14:textId="54F27ECA" w:rsidR="00D15EFF" w:rsidRDefault="00000000">
      <w:r>
        <w:rPr>
          <w:b/>
          <w:sz w:val="28"/>
        </w:rPr>
        <w:t>ОРТА</w:t>
      </w:r>
      <w:r w:rsidR="0029386B">
        <w:rPr>
          <w:b/>
          <w:sz w:val="28"/>
          <w:lang w:val="kk-KZ"/>
        </w:rPr>
        <w:t>ҢҒЫ</w:t>
      </w:r>
      <w:r>
        <w:rPr>
          <w:b/>
          <w:sz w:val="28"/>
        </w:rPr>
        <w:t xml:space="preserve"> ТОП (3–4 жас)</w:t>
      </w:r>
    </w:p>
    <w:p w14:paraId="0F0AA8AB" w14:textId="77777777" w:rsidR="00D15EFF" w:rsidRDefault="00000000">
      <w:pPr>
        <w:pStyle w:val="a0"/>
      </w:pPr>
      <w:r>
        <w:t>Тақырыбы: «Біз мықтымыз!»</w:t>
      </w:r>
    </w:p>
    <w:p w14:paraId="2D2D35B0" w14:textId="77777777" w:rsidR="0029386B" w:rsidRPr="0029386B" w:rsidRDefault="0029386B" w:rsidP="0029386B">
      <w:pPr>
        <w:pStyle w:val="a0"/>
        <w:numPr>
          <w:ilvl w:val="0"/>
          <w:numId w:val="0"/>
        </w:numPr>
        <w:rPr>
          <w:lang w:val="kk-KZ"/>
        </w:rPr>
      </w:pPr>
      <w:r w:rsidRPr="0029386B">
        <w:rPr>
          <w:b/>
          <w:bCs/>
          <w:lang w:val="kk-KZ"/>
        </w:rPr>
        <w:t>Уақыты:</w:t>
      </w:r>
      <w:r w:rsidRPr="0029386B">
        <w:rPr>
          <w:lang w:val="kk-KZ"/>
        </w:rPr>
        <w:t xml:space="preserve"> 25–30 минут</w:t>
      </w:r>
    </w:p>
    <w:p w14:paraId="3A71625A" w14:textId="77777777" w:rsidR="0029386B" w:rsidRPr="0029386B" w:rsidRDefault="0029386B" w:rsidP="0029386B">
      <w:pPr>
        <w:pStyle w:val="a0"/>
        <w:numPr>
          <w:ilvl w:val="0"/>
          <w:numId w:val="0"/>
        </w:numPr>
        <w:rPr>
          <w:lang w:val="kk-KZ"/>
        </w:rPr>
      </w:pPr>
      <w:r w:rsidRPr="0029386B">
        <w:rPr>
          <w:lang w:val="kk-KZ"/>
        </w:rPr>
        <w:t>Іс-шаралар:</w:t>
      </w:r>
    </w:p>
    <w:p w14:paraId="2AD6E020" w14:textId="77777777" w:rsidR="0029386B" w:rsidRPr="0029386B" w:rsidRDefault="0029386B" w:rsidP="0029386B">
      <w:pPr>
        <w:pStyle w:val="a0"/>
        <w:numPr>
          <w:ilvl w:val="0"/>
          <w:numId w:val="0"/>
        </w:numPr>
        <w:rPr>
          <w:lang w:val="kk-KZ"/>
        </w:rPr>
      </w:pPr>
      <w:r w:rsidRPr="0029386B">
        <w:rPr>
          <w:lang w:val="kk-KZ"/>
        </w:rPr>
        <w:t xml:space="preserve">Жылыту жаттығулары </w:t>
      </w:r>
    </w:p>
    <w:p w14:paraId="106105C4" w14:textId="77777777" w:rsidR="0029386B" w:rsidRPr="0029386B" w:rsidRDefault="0029386B" w:rsidP="0029386B">
      <w:pPr>
        <w:pStyle w:val="a0"/>
        <w:numPr>
          <w:ilvl w:val="0"/>
          <w:numId w:val="0"/>
        </w:numPr>
        <w:rPr>
          <w:lang w:val="kk-KZ"/>
        </w:rPr>
      </w:pPr>
      <w:r w:rsidRPr="0029386B">
        <w:rPr>
          <w:lang w:val="kk-KZ"/>
        </w:rPr>
        <w:t xml:space="preserve">Қимылды ойындар: </w:t>
      </w:r>
    </w:p>
    <w:p w14:paraId="7526F762" w14:textId="77777777" w:rsidR="0029386B" w:rsidRPr="0029386B" w:rsidRDefault="0029386B" w:rsidP="0029386B">
      <w:pPr>
        <w:pStyle w:val="a0"/>
        <w:numPr>
          <w:ilvl w:val="0"/>
          <w:numId w:val="0"/>
        </w:numPr>
        <w:rPr>
          <w:lang w:val="kk-KZ"/>
        </w:rPr>
      </w:pPr>
      <w:r w:rsidRPr="0029386B">
        <w:rPr>
          <w:lang w:val="kk-KZ"/>
        </w:rPr>
        <w:t xml:space="preserve">«Кім жылдам?» </w:t>
      </w:r>
    </w:p>
    <w:p w14:paraId="72ED59DE" w14:textId="77777777" w:rsidR="0029386B" w:rsidRPr="0029386B" w:rsidRDefault="0029386B" w:rsidP="0029386B">
      <w:pPr>
        <w:pStyle w:val="a0"/>
        <w:numPr>
          <w:ilvl w:val="0"/>
          <w:numId w:val="0"/>
        </w:numPr>
        <w:rPr>
          <w:lang w:val="kk-KZ"/>
        </w:rPr>
      </w:pPr>
      <w:r w:rsidRPr="0029386B">
        <w:rPr>
          <w:lang w:val="kk-KZ"/>
        </w:rPr>
        <w:t xml:space="preserve">«Түстерді тап» </w:t>
      </w:r>
    </w:p>
    <w:p w14:paraId="169D8FD0" w14:textId="77777777" w:rsidR="0029386B" w:rsidRPr="0029386B" w:rsidRDefault="0029386B" w:rsidP="0029386B">
      <w:pPr>
        <w:pStyle w:val="a0"/>
        <w:numPr>
          <w:ilvl w:val="0"/>
          <w:numId w:val="0"/>
        </w:numPr>
        <w:rPr>
          <w:lang w:val="kk-KZ"/>
        </w:rPr>
      </w:pPr>
      <w:r w:rsidRPr="0029386B">
        <w:rPr>
          <w:lang w:val="kk-KZ"/>
        </w:rPr>
        <w:t xml:space="preserve">Эстафеталар: </w:t>
      </w:r>
    </w:p>
    <w:p w14:paraId="35A2E346" w14:textId="77777777" w:rsidR="0029386B" w:rsidRPr="0029386B" w:rsidRDefault="0029386B" w:rsidP="0029386B">
      <w:pPr>
        <w:pStyle w:val="a0"/>
        <w:numPr>
          <w:ilvl w:val="0"/>
          <w:numId w:val="0"/>
        </w:numPr>
        <w:rPr>
          <w:lang w:val="kk-KZ"/>
        </w:rPr>
      </w:pPr>
      <w:r w:rsidRPr="0029386B">
        <w:rPr>
          <w:lang w:val="kk-KZ"/>
        </w:rPr>
        <w:t xml:space="preserve">Кедергіден өту </w:t>
      </w:r>
    </w:p>
    <w:p w14:paraId="44F5BD8F" w14:textId="77777777" w:rsidR="0029386B" w:rsidRPr="0029386B" w:rsidRDefault="0029386B" w:rsidP="0029386B">
      <w:pPr>
        <w:pStyle w:val="a0"/>
        <w:numPr>
          <w:ilvl w:val="0"/>
          <w:numId w:val="0"/>
        </w:numPr>
        <w:rPr>
          <w:lang w:val="kk-KZ"/>
        </w:rPr>
      </w:pPr>
      <w:r w:rsidRPr="0029386B">
        <w:rPr>
          <w:lang w:val="kk-KZ"/>
        </w:rPr>
        <w:t xml:space="preserve">Допты алып жүру </w:t>
      </w:r>
    </w:p>
    <w:p w14:paraId="2275FB94" w14:textId="77777777" w:rsidR="0029386B" w:rsidRPr="0029386B" w:rsidRDefault="0029386B" w:rsidP="0029386B">
      <w:pPr>
        <w:pStyle w:val="a0"/>
        <w:rPr>
          <w:lang w:val="kk-KZ"/>
        </w:rPr>
      </w:pPr>
      <w:r w:rsidRPr="0029386B">
        <w:rPr>
          <w:lang w:val="kk-KZ"/>
        </w:rPr>
        <w:t xml:space="preserve">Қысқа демалыс жаттығулары </w:t>
      </w:r>
    </w:p>
    <w:p w14:paraId="74E88E2A" w14:textId="77777777" w:rsidR="00D15EFF" w:rsidRDefault="00000000">
      <w:r>
        <w:rPr>
          <w:b/>
          <w:sz w:val="28"/>
        </w:rPr>
        <w:t>ЕРЕСЕК ТОП (4–5 жас)</w:t>
      </w:r>
    </w:p>
    <w:p w14:paraId="5D566E8F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b/>
          <w:bCs/>
          <w:lang w:val="ru-RU"/>
        </w:rPr>
      </w:pPr>
      <w:r w:rsidRPr="0029386B">
        <w:rPr>
          <w:b/>
          <w:bCs/>
          <w:lang w:val="ru-RU"/>
        </w:rPr>
        <w:t>Тақырыбы: «Спорт – денсаулық кепілі»</w:t>
      </w:r>
    </w:p>
    <w:p w14:paraId="57DC4624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b/>
          <w:bCs/>
          <w:lang w:val="ru-RU"/>
        </w:rPr>
        <w:t>Уақыты:</w:t>
      </w:r>
      <w:r w:rsidRPr="0029386B">
        <w:rPr>
          <w:lang w:val="ru-RU"/>
        </w:rPr>
        <w:t xml:space="preserve"> 30–35 минут</w:t>
      </w:r>
    </w:p>
    <w:p w14:paraId="387BC1AC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b/>
          <w:bCs/>
          <w:lang w:val="ru-RU"/>
        </w:rPr>
      </w:pPr>
      <w:r w:rsidRPr="0029386B">
        <w:rPr>
          <w:b/>
          <w:bCs/>
          <w:lang w:val="ru-RU"/>
        </w:rPr>
        <w:t>Іс-шаралар:</w:t>
      </w:r>
    </w:p>
    <w:p w14:paraId="7EC1C137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 xml:space="preserve">Сапқа тұру, ұран айту </w:t>
      </w:r>
    </w:p>
    <w:p w14:paraId="6A1E6419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 xml:space="preserve">Жалпы дамыту жаттығулары </w:t>
      </w:r>
    </w:p>
    <w:p w14:paraId="2AF2FC82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 xml:space="preserve">Эстафеталар: </w:t>
      </w:r>
    </w:p>
    <w:p w14:paraId="46CDD082" w14:textId="77777777" w:rsidR="0029386B" w:rsidRPr="0029386B" w:rsidRDefault="0029386B" w:rsidP="0029386B">
      <w:pPr>
        <w:pStyle w:val="a0"/>
        <w:numPr>
          <w:ilvl w:val="0"/>
          <w:numId w:val="0"/>
        </w:numPr>
        <w:ind w:left="1080"/>
        <w:rPr>
          <w:lang w:val="ru-RU"/>
        </w:rPr>
      </w:pPr>
      <w:r w:rsidRPr="0029386B">
        <w:rPr>
          <w:lang w:val="ru-RU"/>
        </w:rPr>
        <w:t xml:space="preserve">«Кедергілер жолағы» </w:t>
      </w:r>
    </w:p>
    <w:p w14:paraId="60C4D76D" w14:textId="77777777" w:rsidR="0029386B" w:rsidRPr="0029386B" w:rsidRDefault="0029386B" w:rsidP="0029386B">
      <w:pPr>
        <w:pStyle w:val="a0"/>
        <w:numPr>
          <w:ilvl w:val="0"/>
          <w:numId w:val="0"/>
        </w:numPr>
        <w:ind w:left="1080"/>
        <w:rPr>
          <w:lang w:val="ru-RU"/>
        </w:rPr>
      </w:pPr>
      <w:r w:rsidRPr="0029386B">
        <w:rPr>
          <w:lang w:val="ru-RU"/>
        </w:rPr>
        <w:t xml:space="preserve">«Доппен жарыс» </w:t>
      </w:r>
    </w:p>
    <w:p w14:paraId="7A896662" w14:textId="77777777" w:rsidR="0029386B" w:rsidRPr="0029386B" w:rsidRDefault="0029386B" w:rsidP="0029386B">
      <w:pPr>
        <w:pStyle w:val="a0"/>
        <w:numPr>
          <w:ilvl w:val="0"/>
          <w:numId w:val="0"/>
        </w:numPr>
        <w:ind w:left="1080"/>
        <w:rPr>
          <w:lang w:val="ru-RU"/>
        </w:rPr>
      </w:pPr>
      <w:r w:rsidRPr="0029386B">
        <w:rPr>
          <w:lang w:val="ru-RU"/>
        </w:rPr>
        <w:lastRenderedPageBreak/>
        <w:t xml:space="preserve">«Секіргішпен секіру» </w:t>
      </w:r>
    </w:p>
    <w:p w14:paraId="0429AC20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 xml:space="preserve">Командалық ойындар </w:t>
      </w:r>
    </w:p>
    <w:p w14:paraId="4DBCF81A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b/>
          <w:bCs/>
          <w:lang w:val="ru-RU"/>
        </w:rPr>
      </w:pPr>
      <w:r w:rsidRPr="0029386B">
        <w:rPr>
          <w:b/>
          <w:bCs/>
          <w:lang w:val="ru-RU"/>
        </w:rPr>
        <w:t>Қорытынды:</w:t>
      </w:r>
    </w:p>
    <w:p w14:paraId="6586EB4A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>Жеңімпаз командаларды марапаттау</w:t>
      </w:r>
    </w:p>
    <w:p w14:paraId="4C7817AC" w14:textId="0BF69C5A" w:rsidR="00D15EFF" w:rsidRDefault="00000000">
      <w:r>
        <w:rPr>
          <w:b/>
          <w:sz w:val="28"/>
        </w:rPr>
        <w:t>МЕКТЕП</w:t>
      </w:r>
      <w:r w:rsidR="0029386B">
        <w:rPr>
          <w:b/>
          <w:sz w:val="28"/>
          <w:lang w:val="kk-KZ"/>
        </w:rPr>
        <w:t>АЛДЫ</w:t>
      </w:r>
      <w:r>
        <w:rPr>
          <w:b/>
          <w:sz w:val="28"/>
        </w:rPr>
        <w:t xml:space="preserve"> Т</w:t>
      </w:r>
      <w:r w:rsidR="0029386B">
        <w:rPr>
          <w:b/>
          <w:sz w:val="28"/>
          <w:lang w:val="kk-KZ"/>
        </w:rPr>
        <w:t>ОП</w:t>
      </w:r>
      <w:r>
        <w:rPr>
          <w:b/>
          <w:sz w:val="28"/>
        </w:rPr>
        <w:t xml:space="preserve"> (5–6 жас)</w:t>
      </w:r>
    </w:p>
    <w:p w14:paraId="5BEA9F10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b/>
          <w:bCs/>
          <w:lang w:val="ru-RU"/>
        </w:rPr>
      </w:pPr>
      <w:r w:rsidRPr="0029386B">
        <w:rPr>
          <w:b/>
          <w:bCs/>
          <w:lang w:val="ru-RU"/>
        </w:rPr>
        <w:t>Тақырыбы: «Біз – болашақ чемпиондар»</w:t>
      </w:r>
    </w:p>
    <w:p w14:paraId="52E4FEAE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b/>
          <w:bCs/>
          <w:lang w:val="ru-RU"/>
        </w:rPr>
        <w:t>Уақыты:</w:t>
      </w:r>
      <w:r w:rsidRPr="0029386B">
        <w:rPr>
          <w:lang w:val="ru-RU"/>
        </w:rPr>
        <w:t xml:space="preserve"> 35–40 минут</w:t>
      </w:r>
    </w:p>
    <w:p w14:paraId="360B3932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b/>
          <w:bCs/>
          <w:lang w:val="ru-RU"/>
        </w:rPr>
      </w:pPr>
      <w:r w:rsidRPr="0029386B">
        <w:rPr>
          <w:b/>
          <w:bCs/>
          <w:lang w:val="ru-RU"/>
        </w:rPr>
        <w:t>Іс-шаралар:</w:t>
      </w:r>
    </w:p>
    <w:p w14:paraId="679E00CA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 xml:space="preserve">Ашылу салтанаты (ұран, ән) </w:t>
      </w:r>
    </w:p>
    <w:p w14:paraId="3391261E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 xml:space="preserve">Жылыту жаттығулары </w:t>
      </w:r>
    </w:p>
    <w:p w14:paraId="6270137B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 xml:space="preserve">Күрделі эстафеталар: </w:t>
      </w:r>
    </w:p>
    <w:p w14:paraId="00A83393" w14:textId="77777777" w:rsidR="0029386B" w:rsidRPr="0029386B" w:rsidRDefault="0029386B" w:rsidP="0029386B">
      <w:pPr>
        <w:pStyle w:val="a0"/>
        <w:numPr>
          <w:ilvl w:val="0"/>
          <w:numId w:val="0"/>
        </w:numPr>
        <w:ind w:left="1080"/>
        <w:rPr>
          <w:lang w:val="ru-RU"/>
        </w:rPr>
      </w:pPr>
      <w:r w:rsidRPr="0029386B">
        <w:rPr>
          <w:lang w:val="ru-RU"/>
        </w:rPr>
        <w:t xml:space="preserve">«Туннельден өту» </w:t>
      </w:r>
    </w:p>
    <w:p w14:paraId="4FCF325E" w14:textId="77777777" w:rsidR="0029386B" w:rsidRPr="0029386B" w:rsidRDefault="0029386B" w:rsidP="0029386B">
      <w:pPr>
        <w:pStyle w:val="a0"/>
        <w:numPr>
          <w:ilvl w:val="0"/>
          <w:numId w:val="0"/>
        </w:numPr>
        <w:ind w:left="1080"/>
        <w:rPr>
          <w:lang w:val="ru-RU"/>
        </w:rPr>
      </w:pPr>
      <w:r w:rsidRPr="0029386B">
        <w:rPr>
          <w:lang w:val="ru-RU"/>
        </w:rPr>
        <w:t xml:space="preserve">«Секіріп жет» </w:t>
      </w:r>
    </w:p>
    <w:p w14:paraId="5ACC212E" w14:textId="77777777" w:rsidR="0029386B" w:rsidRPr="0029386B" w:rsidRDefault="0029386B" w:rsidP="0029386B">
      <w:pPr>
        <w:pStyle w:val="a0"/>
        <w:numPr>
          <w:ilvl w:val="0"/>
          <w:numId w:val="0"/>
        </w:numPr>
        <w:ind w:left="1080"/>
        <w:rPr>
          <w:lang w:val="ru-RU"/>
        </w:rPr>
      </w:pPr>
      <w:r w:rsidRPr="0029386B">
        <w:rPr>
          <w:lang w:val="ru-RU"/>
        </w:rPr>
        <w:t xml:space="preserve">«Допты дәл лақтыр» </w:t>
      </w:r>
    </w:p>
    <w:p w14:paraId="6421CFA1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 xml:space="preserve">Спорттық ойындар: </w:t>
      </w:r>
    </w:p>
    <w:p w14:paraId="00273F3D" w14:textId="77777777" w:rsidR="0029386B" w:rsidRPr="0029386B" w:rsidRDefault="0029386B" w:rsidP="0029386B">
      <w:pPr>
        <w:pStyle w:val="a0"/>
        <w:numPr>
          <w:ilvl w:val="0"/>
          <w:numId w:val="0"/>
        </w:numPr>
        <w:ind w:left="1080"/>
        <w:rPr>
          <w:lang w:val="ru-RU"/>
        </w:rPr>
      </w:pPr>
      <w:r w:rsidRPr="0029386B">
        <w:rPr>
          <w:lang w:val="ru-RU"/>
        </w:rPr>
        <w:t xml:space="preserve">Арқан тарту </w:t>
      </w:r>
    </w:p>
    <w:p w14:paraId="7CB1C246" w14:textId="77777777" w:rsidR="0029386B" w:rsidRPr="0029386B" w:rsidRDefault="0029386B" w:rsidP="0029386B">
      <w:pPr>
        <w:pStyle w:val="a0"/>
        <w:numPr>
          <w:ilvl w:val="0"/>
          <w:numId w:val="0"/>
        </w:numPr>
        <w:ind w:left="1080"/>
        <w:rPr>
          <w:lang w:val="ru-RU"/>
        </w:rPr>
      </w:pPr>
      <w:r w:rsidRPr="0029386B">
        <w:rPr>
          <w:lang w:val="ru-RU"/>
        </w:rPr>
        <w:t xml:space="preserve">Командалық жарыстар </w:t>
      </w:r>
    </w:p>
    <w:p w14:paraId="4A7703B2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b/>
          <w:bCs/>
          <w:lang w:val="ru-RU"/>
        </w:rPr>
      </w:pPr>
      <w:r w:rsidRPr="0029386B">
        <w:rPr>
          <w:b/>
          <w:bCs/>
          <w:lang w:val="ru-RU"/>
        </w:rPr>
        <w:t>Қорытынды:</w:t>
      </w:r>
    </w:p>
    <w:p w14:paraId="52D5AD16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>Диплом, медаль, алғыс хат табыстау</w:t>
      </w:r>
    </w:p>
    <w:p w14:paraId="6A5E14A2" w14:textId="34D7B87A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</w:p>
    <w:p w14:paraId="364A7D6B" w14:textId="52CCEB19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b/>
          <w:bCs/>
          <w:lang w:val="ru-RU"/>
        </w:rPr>
      </w:pPr>
      <w:r w:rsidRPr="0029386B">
        <w:rPr>
          <w:b/>
          <w:bCs/>
          <w:lang w:val="ru-RU"/>
        </w:rPr>
        <w:t xml:space="preserve"> ҚОСЫМША:</w:t>
      </w:r>
    </w:p>
    <w:p w14:paraId="62BA414B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 xml:space="preserve">Музыкалық сүйемелдеу </w:t>
      </w:r>
    </w:p>
    <w:p w14:paraId="1E67C8C5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 xml:space="preserve">Медбике қатысуы (қауіпсіздік үшін) </w:t>
      </w:r>
    </w:p>
    <w:p w14:paraId="0E8DDDF9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 xml:space="preserve">Ата-аналарды қатыстыру (қаласа) </w:t>
      </w:r>
    </w:p>
    <w:p w14:paraId="738959F8" w14:textId="77777777" w:rsidR="0029386B" w:rsidRPr="0029386B" w:rsidRDefault="0029386B" w:rsidP="0029386B">
      <w:pPr>
        <w:pStyle w:val="a0"/>
        <w:numPr>
          <w:ilvl w:val="0"/>
          <w:numId w:val="0"/>
        </w:numPr>
        <w:ind w:left="360"/>
        <w:rPr>
          <w:lang w:val="ru-RU"/>
        </w:rPr>
      </w:pPr>
      <w:r w:rsidRPr="0029386B">
        <w:rPr>
          <w:lang w:val="ru-RU"/>
        </w:rPr>
        <w:t>Фото/видео түсірілім</w:t>
      </w:r>
    </w:p>
    <w:p w14:paraId="298F00D5" w14:textId="77777777" w:rsidR="0029386B" w:rsidRDefault="0029386B" w:rsidP="0029386B">
      <w:pPr>
        <w:pStyle w:val="a0"/>
        <w:numPr>
          <w:ilvl w:val="0"/>
          <w:numId w:val="0"/>
        </w:numPr>
        <w:rPr>
          <w:lang w:val="kk-KZ"/>
        </w:rPr>
      </w:pPr>
    </w:p>
    <w:p w14:paraId="4ECA8178" w14:textId="77777777" w:rsidR="0029386B" w:rsidRPr="0029386B" w:rsidRDefault="0029386B" w:rsidP="0029386B">
      <w:pPr>
        <w:pStyle w:val="a0"/>
        <w:numPr>
          <w:ilvl w:val="0"/>
          <w:numId w:val="0"/>
        </w:numPr>
        <w:rPr>
          <w:lang w:val="ru-RU"/>
        </w:rPr>
      </w:pPr>
    </w:p>
    <w:sectPr w:rsidR="0029386B" w:rsidRPr="002938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DCED34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1B46CE"/>
    <w:multiLevelType w:val="multilevel"/>
    <w:tmpl w:val="26804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B24537"/>
    <w:multiLevelType w:val="hybridMultilevel"/>
    <w:tmpl w:val="10ACF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6C5EFD"/>
    <w:multiLevelType w:val="multilevel"/>
    <w:tmpl w:val="B2B4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E30AB9"/>
    <w:multiLevelType w:val="multilevel"/>
    <w:tmpl w:val="1F207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F52A63"/>
    <w:multiLevelType w:val="multilevel"/>
    <w:tmpl w:val="B4F4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B4623C"/>
    <w:multiLevelType w:val="multilevel"/>
    <w:tmpl w:val="C248F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743388">
    <w:abstractNumId w:val="8"/>
  </w:num>
  <w:num w:numId="2" w16cid:durableId="274100583">
    <w:abstractNumId w:val="6"/>
  </w:num>
  <w:num w:numId="3" w16cid:durableId="1811750154">
    <w:abstractNumId w:val="5"/>
  </w:num>
  <w:num w:numId="4" w16cid:durableId="625311291">
    <w:abstractNumId w:val="4"/>
  </w:num>
  <w:num w:numId="5" w16cid:durableId="291445020">
    <w:abstractNumId w:val="7"/>
  </w:num>
  <w:num w:numId="6" w16cid:durableId="435178998">
    <w:abstractNumId w:val="3"/>
  </w:num>
  <w:num w:numId="7" w16cid:durableId="1150245211">
    <w:abstractNumId w:val="2"/>
  </w:num>
  <w:num w:numId="8" w16cid:durableId="1223903034">
    <w:abstractNumId w:val="1"/>
  </w:num>
  <w:num w:numId="9" w16cid:durableId="1658729625">
    <w:abstractNumId w:val="0"/>
  </w:num>
  <w:num w:numId="10" w16cid:durableId="1118528097">
    <w:abstractNumId w:val="11"/>
  </w:num>
  <w:num w:numId="11" w16cid:durableId="888805931">
    <w:abstractNumId w:val="9"/>
  </w:num>
  <w:num w:numId="12" w16cid:durableId="1450591412">
    <w:abstractNumId w:val="13"/>
  </w:num>
  <w:num w:numId="13" w16cid:durableId="1583681587">
    <w:abstractNumId w:val="14"/>
  </w:num>
  <w:num w:numId="14" w16cid:durableId="1612471134">
    <w:abstractNumId w:val="12"/>
  </w:num>
  <w:num w:numId="15" w16cid:durableId="14599564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1164"/>
    <w:rsid w:val="0015074B"/>
    <w:rsid w:val="0029386B"/>
    <w:rsid w:val="0029639D"/>
    <w:rsid w:val="00326F90"/>
    <w:rsid w:val="00394841"/>
    <w:rsid w:val="00AA1D8D"/>
    <w:rsid w:val="00B47730"/>
    <w:rsid w:val="00CB0664"/>
    <w:rsid w:val="00D15EFF"/>
    <w:rsid w:val="00F60C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17B46"/>
  <w14:defaultImageDpi w14:val="300"/>
  <w15:docId w15:val="{081C3DC5-7CCF-4D7F-B0B5-47A24334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Гульниса Игенова</cp:lastModifiedBy>
  <cp:revision>3</cp:revision>
  <dcterms:created xsi:type="dcterms:W3CDTF">2026-04-01T05:48:00Z</dcterms:created>
  <dcterms:modified xsi:type="dcterms:W3CDTF">2026-10-13T10:12:00Z</dcterms:modified>
  <cp:category/>
</cp:coreProperties>
</file>